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/>
        <w:ind w:firstLine="0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32"/>
        </w:rPr>
        <w:t>Публичная оферта</w:t>
      </w:r>
    </w:p>
    <w:p>
      <w:pPr>
        <w:spacing w:after="60"/>
        <w:ind w:firstLine="0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на оказание услуг по проведению занятий и предоставлению доступа к цифровому сервису Repetor</w:t>
      </w:r>
    </w:p>
    <w:p>
      <w:pPr>
        <w:spacing w:after="200"/>
        <w:ind w:firstLine="0"/>
        <w:jc w:val="right"/>
      </w:pPr>
      <w:r>
        <w:rPr>
          <w:rFonts w:ascii="Times New Roman" w:hAnsi="Times New Roman" w:eastAsia="Times New Roman"/>
          <w:b w:val="0"/>
          <w:i/>
          <w:color w:val="000000"/>
          <w:sz w:val="20"/>
        </w:rPr>
        <w:t>Редакция от 02 августа 2026 года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1. Общие положения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1.1. Настоящий документ является публичной офертой Индивидуального предпринимателя Халилова Шохрузхона Иброгимхоновича, ИНН 331204456552, ОГРНИП 323508100168923 (далее — «Исполнитель»), адресованной физическим лицам и иным дееспособным лицам, действующим в интересах получателя услуг, заключить договор возмездного оказания услуг и предоставления доступа к цифровому сервису Repetor на изложенных ниже условиях.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1.2. Оферта размещается на сайте https://repetor.ru. Действующая редакция применяется к заказам, оформленным после её размещения, если иное прямо не предусмотрено законом или соглашением сторон.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1.3. К отношениям сторон применяются Гражданский кодекс Российской Федерации, Закон Российской Федерации «О защите прав потребителей», Федеральный закон «О персональных данных» и иные обязательные нормы законодательства Российской Федерации.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1.4. Оформляя заказ, совершая оплату, активируя подписку либо подтверждая согласие с Офертой отдельной отметкой в интерфейсе, Заказчик подтверждает, что ознакомился с Офертой, понимает её и принимает полностью и без оговорок.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1.5. Если отдельное условие Оферты противоречит обязательной норме закона, применяется обязательная норма, а остальные положения продолжают действовать.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2. Термины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2.1. «Платформа» — сайт repetor.ru, Личные кабинеты, программные модули, тренажёры, материалы и иные цифровые функции Repetor.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2.2. «Заказчик» — дееспособное лицо, принявшее Оферту и заказывающее или оплачивающее услуги для себя либо для Ученика.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2.3. «Ученик» — физическое лицо, непосредственно участвующее в занятиях и использующее Платформу. Заказчик и Ученик могут быть одним лицом.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2.4. «Преподаватель» — лицо, привлечённое Исполнителем к проведению занятий и взаимодействию с Учеником.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2.5. «Занятие» — индивидуальная или групповая встреча продолжительностью 60, 90 либо 120 минут в дистанционном формате или на иной площадке, согласованной через Платформу.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2.6. «Пакет занятий» — предварительно оплаченный объём занятий на условиях, отображённых при оформлении заказа.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2.7. «PRO-подписка» — абонентский доступ к расширенным функциям и тренажёрам Платформы на оплаченный период с автоматическим продлением, если Заказчик его не отключил.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2.8. «Личный кабинет» — персональный раздел Платформы, доступный после регистрации и авторизации.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3. Предмет договора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3.1. Исполнитель обязуется по заказу Заказчика организовать и обеспечить оказание выбранных услуг, а Заказчик обязуется принять и оплатить их.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3.2. На Платформе могут предлагаться: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индивидуальные занятия;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групповые занятия при наличии соответствующего предложения;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пакеты занятий;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PRO-подписка на тренажёры и расширенные функции Платформы;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сопутствующие цифровые материалы, включённые в соответствующую услугу.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3.3. Конкретный состав услуги, преподаватель, предмет, формат, продолжительность, расписание, срок доступа и стоимость отображаются в Личном кабинете, карточке услуги, расписании, форме заказа или сообщении Исполнителя.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3.4. Занятия направлены на изучение учебных предметов, тренировку навыков и подготовку к экзаменам. Исполнитель не гарантирует определённую оценку, балл, результат экзамена, поступление или иное достижение, зависящее от множества факторов.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3.5. Если прямо не указано иное, услуги не предполагают проведение государственной итоговой аттестации и выдачу документов государственного образца.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4. Заключение договора и несовершеннолетние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4.1. Договор считается заключённым с момента первого из следующих действий: подтверждения согласия с Офертой; оформления заказа; оплаты; активации платного доступа; начала получения услуги.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4.2. Аккаунтом может пользоваться несовершеннолетний Ученик. Оферту принимает сам полностью дееспособный пользователь либо его родитель, усыновитель, опекун, попечитель или иной законный представитель.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4.3. Лицо, принимающее Оферту за несовершеннолетнего, подтверждает полномочия законного представителя. Исполнитель вправе запросить подтверждение, если это необходимо для защиты прав ребёнка, урегулирования спора или исполнения закона.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4.4. Отдельный родительский кабинет не предоставляется, отдельный профиль родителя намеренно не формируется. Плательщиком может выступать третье лицо.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4.5. Если Заказчик и Ученик — разные лица, Заказчик обязан довести до Ученика правила Платформы и участия в занятиях.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5. Регистрация и Личный кабинет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5.1. Для использования Платформы создаётся аккаунт с указанием достоверных данных. Контактные данные должны поддерживаться в актуальном состоянии.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5.2. Передача аккаунта, пароля или кода доступа другому лицу запрещена.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5.3. Вход с нескольких личных устройств допускается, если это не связано с передачей доступа, обходом ограничений или одновременным использованием аккаунта несколькими лицами.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5.4. Действия после корректной авторизации считаются действиями владельца аккаунта до получения Исполнителем сообщения о компрометации, если не доказано иное.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6. Порядок проведения занятий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6.1. Продолжительность занятия составляет 60, 90 или 120 минут и указывается в расписании или заказе.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6.2. Площадку выбирает Преподаватель с учётом технической доступности. Ссылка или данные для подключения размещаются в Личном кабинете либо передаются через указанный контактный канал.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6.3. Ученик заранее проверяет интернет, устройство, звук, камеру, программное обеспечение и доступ к площадке.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6.4. При опоздании занятие завершается в первоначально установленное время и проводится в оставшейся части. Время опоздания не компенсируется.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6.5. При неисправности на стороне Исполнителя или Преподавателя занятие переносится, продлевается либо стоимость возвращается или зачисляется на баланс с учётом закона.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6.6. При неисправности на стороне Ученика применяются правила об опоздании или неявке, если Преподаватель был готов провести занятие и доступ был предоставлен.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7. Перенос, отмена и неявка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7.1. Индивидуальное занятие можно бесплатно отменить или перенести, уведомив не позднее чем за 24 часа до начала.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7.2. При уведомлении менее чем за 24 часа Исполнитель вправе считать занятие подлежащим оплате, поскольку время Преподавателя было зарезервировано. В исключительных подтверждённых обстоятельствах может быть предложен перенос.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7.3. Если Ученик не подключился, не сообщил об отмене или переносе и не отвечает после начала, занятие считается состоявшимся и подлежит оплате при условии готовности Преподавателя и предоставления доступа.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7.4. Пропуск группового занятия не переносит его и не влечёт отдельного возврата, если занятие проведено для группы, кроме условий конкретного предложения.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7.5. Если занятие отменено Исполнителем или Преподавателем, оно переносится либо оплаченная сумма возвращается или зачисляется в счёт будущих услуг.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8. Стоимость и оплата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8.1. Цены являются динамическими и указываются на Платформе, в Личном кабинете, расписании, форме оплаты или индивидуальном предложении. Для заказа применяется цена, показанная в момент оформления или подтверждения.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8.2. Изменение цены после полной оплаты не изменяет стоимость уже оплаченного занятия, пакета или периода подписки.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8.3. Оплата принимается через АО «ТБанк», в том числе картой и через СБП. Исполнитель не получает и не хранит полные реквизиты банковской карты.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8.4. Электронный кассовый чек направляется на электронную почту или иным предусмотренным законом способом.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8.5. Оплата занятия может производиться до или после его проведения. Срок указывается в Личном кабинете, платёжной форме, счёте или сообщении Исполнителя.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8.6. Пакет оплачивается полностью, если иное не отображено при оформлении. Остаток и срок использования указываются в Личном кабинете или предложении.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8.7. Обязательство по оплате считается исполненным после подтверждения платежа и зачисления средств либо отображения успешной операции.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9. PRO-подписка и автопродление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9.1. Срок и стоимость подписки отображаются до оплаты. Подписка действует с момента оплаты и предоставления доступа, если не указана иная дата.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9.2. Подписка автоматически продлевается на следующий период по цене, действующей на момент продления, если Заказчик не отключил автопродление до очередного списания.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9.3. При подключении автопродления Заказчик поручает совершать периодические платежи с использованием платёжных данных, сохранённых у платёжного сервиса. Полные данные карты Исполнителю не передаются.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9.4. Отключить автопродление и отказаться от использования ранее предоставленных платёжных реквизитов можно через доступную функцию Личного кабинета либо письмом на repetorinfo@yandex.ru. Исполнитель принимает такой отказ в электронной форме.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9.5. После получения отказа Исполнитель не использует указанные платёжные данные для новых списаний. Отключение не прекращает уже оплаченный доступ до конца текущего периода.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9.6. Отсутствие использования функций само по себе не прекращает подписку.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9.7. Если списание произведено после надлежащего и своевременно полученного отказа, неправомерно списанная сумма возвращается в установленном законом порядке.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10. Возвраты и отказ от услуг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10.1. Заказчик вправе отказаться от договора полностью или частично в любое время, оплатив фактически оказанные услуги и документально подтверждённые фактические расходы Исполнителя.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10.2. Заявление направляется на repetorinfo@yandex.ru с указанием ФИО, электронной почты или телефона аккаунта, услуги, даты и суммы платежа, причины обращения и контакта для ответа.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10.3. При возврате за пакет учитываются проведённые и подлежащие оплате занятия, а также фактические расходы. Неиспользованный остаток возвращается доступным способом.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10.4. При отказе от PRO-подписки автопродление отключается, доступ сохраняется до конца оплаченного периода. Возврат за неистёкшую часть решается с учётом объёма предоставленного доступа, использования, расходов и обязательных норм закона.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10.5. Требования, для которых законом установлен десятидневный срок, удовлетворяются в такой срок после получения достаточных данных. Иные обращения рассматриваются не позднее 30 календарных дней, если законом не установлен более короткий срок.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10.6. Банковский срок фактического зачисления зависит от платёжного сервиса и банка получателя.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11. Права и обязанности Исполнителя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11.1. Исполнитель обязан: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предоставлять оплаченные услуги в согласованном объёме и с надлежащим качеством;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обеспечивать доступ к цифровым функциям с учётом технических перерывов;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предоставлять достоверную информацию об услугах, стоимости и оплате;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обрабатывать обращения и персональные данные в установленном порядке;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принимать электронный отказ от использования платёжных данных для периодических платежей.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11.2. Исполнитель вправе: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привлекать Преподавателей, платёжные, инфраструктурные и иные сервисы;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изменять бесплатные функции и развивать Платформу;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проводить технические работы и временно ограничивать доступ для безопасности;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заменять Преподавателя при невозможности проведения занятия;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приостанавливать доступ при задолженности, угрозе безопасности или существенном нарушении документов.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12. Обязанности Заказчика и Ученика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12.1. Заказчик и Ученик обязаны: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предоставлять достоверные контактные сведения;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соблюдать расписание, правила подключения и уважительный формат общения;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своевременно оплачивать услуги;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не передавать аккаунт и материалы третьим лицам;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не вмешиваться в работу Платформы и не обходить ограничения;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соблюдать авторские и иные исключительные права.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12.2. Заказчик вправе получать информацию, требовать устранения недостатков, направлять обращения, отказываться от услуг и использовать иные права по закону.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13. Материалы и интеллектуальная собственность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13.1. Исключительные права на Платформу, дизайн, код, базы заданий, тренажёры, тексты, конспекты, изображения и иные материалы принадлежат Исполнителю или правообладателям.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13.2. Предоставляется ограниченное, неисключительное, непередаваемое право личного использования в течение доступного периода.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13.3. Разрешается скачивать материалы и делать скриншоты для личного некоммерческого использования, если материал технически доступен.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13.4. Запрещаются публикация, перепродажа, массовое копирование, передача, размещение в чатах и базах, коммерческая переработка, автоматизированный сбор и использование на занятиях с преподавателями, не привлечёнными Исполнителем.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13.5. Подробные правила содержатся в Пользовательском соглашении.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14. Приостановление и блокировка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14.1. Исполнитель вправе временно ограничить доступ без предварительного уведомления при угрозе безопасности, компрометации, требовании закона или срочных работах.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14.2. Доступ может быть ограничен или прекращён при передаче аккаунта, распространении материалов, обходе оплаты, мошенничестве, оскорблениях и угрозах, вмешательстве в работу или повторном нарушении.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14.3. При подтверждённом существенном нарушении оплаченный доступ может быть прекращён без продления. Возврат за неоказанную часть производится только в случаях и объёме, предусмотренных обязательными нормами, с учётом предоставленного доступа, услуг, расходов и убытков.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14.4. Блокировку можно обжаловать по адресу repetorinfo@yandex.ru.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15. Ответственность и форс-мажор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15.1. Стороны отвечают по законодательству и Оферте.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15.2. Исполнитель не отвечает за невозможность использования из-за оборудования, связи, программ или действий третьих лиц на стороне пользователя, если не мог разумно предотвратить обстоятельства.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15.3. Исполнитель не отвечает за субъективное несоответствие методики ожиданиям, если услуга соответствует описанию и обязательным требованиям.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15.4. Ответственность не ограничивается в случаях, когда это запрещено законом.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15.5. Сторона освобождается от ответственности вследствие чрезвычайных и непредотвратимых обстоятельств при своевременном уведомлении и разумных мерах по уменьшению последствий.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16. Персональные данные и уведомления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16.1. Данные обрабатываются по Политике и отдельному Согласию.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16.2. Рекламные рассылки без отдельного согласия не осуществляются. Допускаются сервисные сообщения: коды авторизации, чеки, оплата, расписание, подписка, безопасность и ответы на обращения.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16.3. Юридически значимые сообщения могут направляться на электронные адреса и размещаться в Личном кабинете.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17. Споры, изменения и срок действия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17.1. Претензия направляется на repetorinfo@yandex.ru. Срок рассмотрения — до 30 календарных дней, если законом не установлен более короткий.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17.2. Потребитель сохраняет право обратиться в суд по правилам подсудности, установленным законом.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17.3. Исполнитель вправе изменять Оферту. Новая редакция применяется к будущим заказам и продлениям после размещения, если обязательные нормы или согласованные условия не требуют иного.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17.4. Договор действует до полного исполнения обязательств либо прекращения по закону и Оферте.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020" w:bottom="1020" w:left="1247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 w:eastAsia="Times New Roman"/>
        <w:color w:val="000000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76" w:lineRule="auto" w:after="100"/>
    </w:pPr>
    <w:rPr>
      <w:rFonts w:ascii="Times New Roman" w:hAnsi="Times New Roman" w:eastAsia="Times New Roman"/>
      <w:b w:val="0"/>
      <w:i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i w:val="0"/>
      <w:color w:val="000000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i w:val="0"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2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i w:val="0"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